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48D2" w:rsidRPr="00A36655" w:rsidRDefault="00000000">
      <w:pPr>
        <w:pStyle w:val="Heading1"/>
        <w:rPr>
          <w:rFonts w:cstheme="majorHAnsi"/>
        </w:rPr>
      </w:pPr>
      <w:r w:rsidRPr="00A36655">
        <w:rPr>
          <w:rFonts w:cstheme="majorHAnsi"/>
        </w:rPr>
        <w:t>Vollmacht des gesetzlichen Vertreters für die Auslandsreise eines minderjährigen Kindes in Begleitung einer anderen Person</w:t>
      </w:r>
    </w:p>
    <w:p w:rsidR="00A36655" w:rsidRDefault="00000000">
      <w:pPr>
        <w:rPr>
          <w:rFonts w:asciiTheme="majorHAnsi" w:hAnsiTheme="majorHAnsi" w:cstheme="majorHAnsi"/>
        </w:rPr>
      </w:pPr>
      <w:r w:rsidRPr="00A36655">
        <w:rPr>
          <w:rFonts w:asciiTheme="majorHAnsi" w:hAnsiTheme="majorHAnsi" w:cstheme="majorHAnsi"/>
        </w:rPr>
        <w:br/>
        <w:t>Ich, der/die unterzeichnete Herr / Frau* (Vor- und Nachname) ....................................................,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als Vater / Mutter des Kindes / sonstige* ................ und dessen gesetzlicher Vertreter,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geboren in ............................ am 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Wohnanschrift ..............................................................................................,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Nummer des Personalausweises / Reisepasses* ............................................................,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erteile hiermit meine Zustimmung, dass mein Sohn / meine Tochter / sonstige* .................</w:t>
      </w:r>
      <w:r w:rsidRPr="00A36655">
        <w:rPr>
          <w:rFonts w:asciiTheme="majorHAnsi" w:hAnsiTheme="majorHAnsi" w:cstheme="majorHAnsi"/>
        </w:rPr>
        <w:br/>
        <w:t>(Vor- und Nachname) ................................................................................,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geboren in ............................ am 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Wohnanschrift ..............................................................................................,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Reisepassnummer ...................................................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in das Land (Staat) ..............................................................................,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in der Zeit von ................................ bis ................................ (Datum)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in Begleitung von Herrn / Frau* (Vor- und Nachname) ...........................................................,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welche(r) die Mutter / der Vater / Großelternteil des Kindes / sonstige* ist 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geboren in ............................ am 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Wohnanschrift ..............................................................................................,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Nummer des Personalausweises / Reisepasses* ............................................................,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lastRenderedPageBreak/>
        <w:br/>
        <w:t>Diese Vollmacht gilt ausschließlich für die oben genannte(n) Reise(n) und ist zeitlich gültig</w:t>
      </w:r>
      <w:r w:rsidRPr="00A36655">
        <w:rPr>
          <w:rFonts w:asciiTheme="majorHAnsi" w:hAnsiTheme="majorHAnsi" w:cstheme="majorHAnsi"/>
        </w:rPr>
        <w:br/>
        <w:t>von ...................... bis ....................... (Datum).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In: .......................... am .............................            Unterschrift: ......................................................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Platz für die notarielle / konsularische Beglaubigung der Unterschrift der bevollmächtigenden Person</w:t>
      </w:r>
      <w:r w:rsidRPr="00A36655">
        <w:rPr>
          <w:rFonts w:asciiTheme="majorHAnsi" w:hAnsiTheme="majorHAnsi" w:cstheme="majorHAnsi"/>
        </w:rPr>
        <w:br/>
      </w:r>
    </w:p>
    <w:p w:rsidR="00A36655" w:rsidRDefault="00A36655">
      <w:pPr>
        <w:rPr>
          <w:rFonts w:asciiTheme="majorHAnsi" w:hAnsiTheme="majorHAnsi" w:cstheme="majorHAnsi"/>
        </w:rPr>
      </w:pPr>
    </w:p>
    <w:p w:rsidR="00A36655" w:rsidRDefault="00A36655">
      <w:pPr>
        <w:rPr>
          <w:rFonts w:asciiTheme="majorHAnsi" w:hAnsiTheme="majorHAnsi" w:cstheme="majorHAnsi"/>
        </w:rPr>
      </w:pPr>
    </w:p>
    <w:p w:rsidR="00A36655" w:rsidRDefault="00A36655">
      <w:pPr>
        <w:rPr>
          <w:rFonts w:asciiTheme="majorHAnsi" w:hAnsiTheme="majorHAnsi" w:cstheme="majorHAnsi"/>
        </w:rPr>
      </w:pPr>
    </w:p>
    <w:p w:rsidR="00A36655" w:rsidRDefault="00A36655">
      <w:pPr>
        <w:rPr>
          <w:rFonts w:asciiTheme="majorHAnsi" w:hAnsiTheme="majorHAnsi" w:cstheme="majorHAnsi"/>
        </w:rPr>
      </w:pPr>
    </w:p>
    <w:p w:rsidR="00B148D2" w:rsidRPr="00A36655" w:rsidRDefault="00000000">
      <w:pPr>
        <w:rPr>
          <w:rFonts w:asciiTheme="majorHAnsi" w:hAnsiTheme="majorHAnsi" w:cstheme="majorHAnsi"/>
        </w:rPr>
      </w:pP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 xml:space="preserve">H i n w e i </w:t>
      </w:r>
      <w:proofErr w:type="gramStart"/>
      <w:r w:rsidRPr="00A36655">
        <w:rPr>
          <w:rFonts w:asciiTheme="majorHAnsi" w:hAnsiTheme="majorHAnsi" w:cstheme="majorHAnsi"/>
        </w:rPr>
        <w:t>s :</w:t>
      </w:r>
      <w:proofErr w:type="gramEnd"/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Dieses Muster stellt kein rechtsverbindliches Dokument dar und jedes Land kann unterschiedliche</w:t>
      </w:r>
      <w:r w:rsidRPr="00A36655">
        <w:rPr>
          <w:rFonts w:asciiTheme="majorHAnsi" w:hAnsiTheme="majorHAnsi" w:cstheme="majorHAnsi"/>
        </w:rPr>
        <w:br/>
        <w:t>Anforderungen an Inhalt und Form stellen. Daher wird empfohlen, sich vor der Erstellung dieses</w:t>
      </w:r>
      <w:r w:rsidRPr="00A36655">
        <w:rPr>
          <w:rFonts w:asciiTheme="majorHAnsi" w:hAnsiTheme="majorHAnsi" w:cstheme="majorHAnsi"/>
        </w:rPr>
        <w:br/>
        <w:t>Dokuments bei den zuständigen Behörden des Ziellandes über die erforderlichen Angaben zu informieren.</w:t>
      </w:r>
      <w:r w:rsidRPr="00A36655">
        <w:rPr>
          <w:rFonts w:asciiTheme="majorHAnsi" w:hAnsiTheme="majorHAnsi" w:cstheme="majorHAnsi"/>
        </w:rPr>
        <w:br/>
      </w:r>
      <w:r w:rsidRPr="00A36655">
        <w:rPr>
          <w:rFonts w:asciiTheme="majorHAnsi" w:hAnsiTheme="majorHAnsi" w:cstheme="majorHAnsi"/>
        </w:rPr>
        <w:br/>
        <w:t>* Nichtzutreffendes bitte streichen</w:t>
      </w:r>
      <w:r w:rsidRPr="00A36655">
        <w:rPr>
          <w:rFonts w:asciiTheme="majorHAnsi" w:hAnsiTheme="majorHAnsi" w:cstheme="majorHAnsi"/>
        </w:rPr>
        <w:br/>
      </w:r>
    </w:p>
    <w:sectPr w:rsidR="00B148D2" w:rsidRPr="00A3665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3193905">
    <w:abstractNumId w:val="8"/>
  </w:num>
  <w:num w:numId="2" w16cid:durableId="421873953">
    <w:abstractNumId w:val="6"/>
  </w:num>
  <w:num w:numId="3" w16cid:durableId="318727423">
    <w:abstractNumId w:val="5"/>
  </w:num>
  <w:num w:numId="4" w16cid:durableId="1581404235">
    <w:abstractNumId w:val="4"/>
  </w:num>
  <w:num w:numId="5" w16cid:durableId="1898589186">
    <w:abstractNumId w:val="7"/>
  </w:num>
  <w:num w:numId="6" w16cid:durableId="131219653">
    <w:abstractNumId w:val="3"/>
  </w:num>
  <w:num w:numId="7" w16cid:durableId="208806211">
    <w:abstractNumId w:val="2"/>
  </w:num>
  <w:num w:numId="8" w16cid:durableId="251399638">
    <w:abstractNumId w:val="1"/>
  </w:num>
  <w:num w:numId="9" w16cid:durableId="1473017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5571"/>
    <w:rsid w:val="009A2835"/>
    <w:rsid w:val="00A36655"/>
    <w:rsid w:val="00AA1D8D"/>
    <w:rsid w:val="00B148D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20A8D3"/>
  <w14:defaultImageDpi w14:val="300"/>
  <w15:docId w15:val="{7F7BA8CB-AA84-6144-8203-814025CC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217</Words>
  <Characters>2390</Characters>
  <Application>Microsoft Office Word</Application>
  <DocSecurity>0</DocSecurity>
  <Lines>62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swisstrans</dc:creator>
  <cp:keywords/>
  <dc:description/>
  <cp:lastModifiedBy>Igor Kurek</cp:lastModifiedBy>
  <cp:revision>3</cp:revision>
  <dcterms:created xsi:type="dcterms:W3CDTF">2013-12-23T23:15:00Z</dcterms:created>
  <dcterms:modified xsi:type="dcterms:W3CDTF">2026-01-25T17:20:00Z</dcterms:modified>
  <cp:category/>
</cp:coreProperties>
</file>