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43EC4" w:rsidRPr="00E05F4A" w:rsidRDefault="00000000">
      <w:pPr>
        <w:pStyle w:val="Heading1"/>
        <w:rPr>
          <w:rFonts w:cstheme="majorHAnsi"/>
          <w:i/>
          <w:iCs/>
        </w:rPr>
      </w:pPr>
      <w:r w:rsidRPr="00E05F4A">
        <w:rPr>
          <w:rFonts w:cstheme="majorHAnsi"/>
          <w:i/>
          <w:iCs/>
        </w:rPr>
        <w:t>Splnomocnenie zákonného zástupcu dieťaťa na cestu do zahraničia v sprievode cudzej osoby</w:t>
      </w:r>
    </w:p>
    <w:p w:rsidR="00EF3415" w:rsidRPr="00E05F4A" w:rsidRDefault="00000000" w:rsidP="00EF3415">
      <w:pPr>
        <w:spacing w:before="100" w:beforeAutospacing="1"/>
        <w:rPr>
          <w:rFonts w:asciiTheme="majorHAnsi" w:hAnsiTheme="majorHAnsi" w:cstheme="majorHAnsi"/>
          <w:i/>
          <w:iCs/>
        </w:rPr>
      </w:pPr>
      <w:r w:rsidRPr="00E05F4A">
        <w:rPr>
          <w:rFonts w:asciiTheme="majorHAnsi" w:hAnsiTheme="majorHAnsi" w:cstheme="majorHAnsi"/>
          <w:i/>
          <w:iCs/>
        </w:rPr>
        <w:br/>
      </w:r>
      <w:proofErr w:type="spellStart"/>
      <w:r w:rsidR="00EF3415" w:rsidRPr="00E05F4A">
        <w:rPr>
          <w:rFonts w:asciiTheme="majorHAnsi" w:hAnsiTheme="majorHAnsi" w:cstheme="majorHAnsi"/>
          <w:i/>
          <w:iCs/>
          <w:lang w:val="fr-FR"/>
        </w:rPr>
        <w:t>Ja</w:t>
      </w:r>
      <w:proofErr w:type="spellEnd"/>
      <w:r w:rsidR="00EF3415" w:rsidRPr="00E05F4A">
        <w:rPr>
          <w:rFonts w:asciiTheme="majorHAnsi" w:hAnsiTheme="majorHAnsi" w:cstheme="majorHAnsi"/>
          <w:i/>
          <w:iCs/>
          <w:lang w:val="fr-FR"/>
        </w:rPr>
        <w:t xml:space="preserve"> dole </w:t>
      </w:r>
      <w:proofErr w:type="spellStart"/>
      <w:r w:rsidR="00EF3415" w:rsidRPr="00E05F4A">
        <w:rPr>
          <w:rFonts w:asciiTheme="majorHAnsi" w:hAnsiTheme="majorHAnsi" w:cstheme="majorHAnsi"/>
          <w:i/>
          <w:iCs/>
          <w:lang w:val="fr-FR"/>
        </w:rPr>
        <w:t>podpísaný</w:t>
      </w:r>
      <w:proofErr w:type="spellEnd"/>
      <w:r w:rsidR="00EF3415" w:rsidRPr="00E05F4A">
        <w:rPr>
          <w:rFonts w:asciiTheme="majorHAnsi" w:hAnsiTheme="majorHAnsi" w:cstheme="majorHAnsi"/>
          <w:i/>
          <w:iCs/>
          <w:lang w:val="fr-FR"/>
        </w:rPr>
        <w:t xml:space="preserve">/á </w:t>
      </w:r>
      <w:proofErr w:type="spellStart"/>
      <w:r w:rsidR="00EF3415" w:rsidRPr="00E05F4A">
        <w:rPr>
          <w:rFonts w:asciiTheme="majorHAnsi" w:hAnsiTheme="majorHAnsi" w:cstheme="majorHAnsi"/>
          <w:i/>
          <w:iCs/>
          <w:lang w:val="fr-FR"/>
        </w:rPr>
        <w:t>pán</w:t>
      </w:r>
      <w:proofErr w:type="spellEnd"/>
      <w:r w:rsidR="00EF3415" w:rsidRPr="00E05F4A">
        <w:rPr>
          <w:rFonts w:asciiTheme="majorHAnsi" w:hAnsiTheme="majorHAnsi" w:cstheme="majorHAnsi"/>
          <w:i/>
          <w:iCs/>
          <w:lang w:val="fr-FR"/>
        </w:rPr>
        <w:t xml:space="preserve"> / </w:t>
      </w:r>
      <w:proofErr w:type="spellStart"/>
      <w:r w:rsidR="00EF3415" w:rsidRPr="00E05F4A">
        <w:rPr>
          <w:rFonts w:asciiTheme="majorHAnsi" w:hAnsiTheme="majorHAnsi" w:cstheme="majorHAnsi"/>
          <w:i/>
          <w:iCs/>
          <w:lang w:val="fr-FR"/>
        </w:rPr>
        <w:t>pani</w:t>
      </w:r>
      <w:proofErr w:type="spellEnd"/>
      <w:r w:rsidR="00EF3415" w:rsidRPr="00E05F4A">
        <w:rPr>
          <w:rFonts w:asciiTheme="majorHAnsi" w:hAnsiTheme="majorHAnsi" w:cstheme="majorHAnsi"/>
          <w:i/>
          <w:iCs/>
          <w:lang w:val="fr-FR"/>
        </w:rPr>
        <w:t>* (</w:t>
      </w:r>
      <w:proofErr w:type="spellStart"/>
      <w:r w:rsidR="00EF3415" w:rsidRPr="00E05F4A">
        <w:rPr>
          <w:rFonts w:asciiTheme="majorHAnsi" w:hAnsiTheme="majorHAnsi" w:cstheme="majorHAnsi"/>
          <w:i/>
          <w:iCs/>
          <w:lang w:val="fr-FR"/>
        </w:rPr>
        <w:t>meno</w:t>
      </w:r>
      <w:proofErr w:type="spellEnd"/>
      <w:r w:rsidR="00EF3415" w:rsidRPr="00E05F4A">
        <w:rPr>
          <w:rFonts w:asciiTheme="majorHAnsi" w:hAnsiTheme="majorHAnsi" w:cstheme="majorHAnsi"/>
          <w:i/>
          <w:iCs/>
          <w:lang w:val="fr-FR"/>
        </w:rPr>
        <w:t xml:space="preserve"> a </w:t>
      </w:r>
      <w:proofErr w:type="gramStart"/>
      <w:r w:rsidR="00EF3415" w:rsidRPr="00E05F4A">
        <w:rPr>
          <w:rFonts w:asciiTheme="majorHAnsi" w:hAnsiTheme="majorHAnsi" w:cstheme="majorHAnsi"/>
          <w:i/>
          <w:iCs/>
          <w:lang w:val="fr-FR"/>
        </w:rPr>
        <w:t>priezvisko)..............................................................</w:t>
      </w:r>
      <w:proofErr w:type="gramEnd"/>
      <w:r w:rsidR="00EF3415" w:rsidRPr="00E05F4A">
        <w:rPr>
          <w:rFonts w:asciiTheme="majorHAnsi" w:hAnsiTheme="majorHAnsi" w:cstheme="majorHAnsi"/>
          <w:i/>
          <w:iCs/>
          <w:lang w:val="fr-FR"/>
        </w:rPr>
        <w:t xml:space="preserve">, 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</w:rPr>
      </w:pPr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ako</w:t>
      </w:r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otec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/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matka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dieťaťa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>  /</w:t>
      </w:r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iné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* ................ </w:t>
      </w: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a</w:t>
      </w:r>
      <w:proofErr w:type="spellEnd"/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jeho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zákonný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zástupca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>,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</w:rPr>
      </w:pP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nar</w:t>
      </w:r>
      <w:proofErr w:type="spellEnd"/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. </w:t>
      </w:r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v</w:t>
      </w:r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............................ </w:t>
      </w: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dňa</w:t>
      </w:r>
      <w:proofErr w:type="spellEnd"/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............................................,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</w:rPr>
      </w:pP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adresa</w:t>
      </w:r>
      <w:proofErr w:type="spellEnd"/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trvalého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pobytu.............................................................................................., 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</w:rPr>
      </w:pP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číslo</w:t>
      </w:r>
      <w:proofErr w:type="spellEnd"/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občianskeho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preukazu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/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číslo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pasu*............................................................,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</w:rPr>
      </w:pPr>
      <w:r w:rsidRPr="00E05F4A">
        <w:rPr>
          <w:rFonts w:asciiTheme="majorHAnsi" w:hAnsiTheme="majorHAnsi" w:cstheme="majorHAnsi"/>
          <w:i/>
          <w:iCs/>
          <w:lang w:val="fr-FR"/>
        </w:rPr>
        <w:t> 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</w:rPr>
      </w:pP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týmto</w:t>
      </w:r>
      <w:proofErr w:type="spellEnd"/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udeľujem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súhlas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, aby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môj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syn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/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moja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dcéra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/ </w:t>
      </w: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iné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>  *</w:t>
      </w:r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................. 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</w:rPr>
      </w:pPr>
      <w:r w:rsidRPr="00E05F4A">
        <w:rPr>
          <w:rFonts w:asciiTheme="majorHAnsi" w:hAnsiTheme="majorHAnsi" w:cstheme="majorHAnsi"/>
          <w:i/>
          <w:iCs/>
          <w:lang w:val="fr-FR"/>
        </w:rPr>
        <w:t>(</w:t>
      </w: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meno</w:t>
      </w:r>
      <w:proofErr w:type="spellEnd"/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a </w:t>
      </w:r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priezvisko)................................................................................</w:t>
      </w:r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, 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</w:rPr>
      </w:pP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nar</w:t>
      </w:r>
      <w:proofErr w:type="spellEnd"/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. </w:t>
      </w:r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v</w:t>
      </w:r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............................ </w:t>
      </w: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dňa</w:t>
      </w:r>
      <w:proofErr w:type="spellEnd"/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............................................,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</w:rPr>
      </w:pP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adresa</w:t>
      </w:r>
      <w:proofErr w:type="spellEnd"/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trvalého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pobytu.............................................................................................., 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</w:rPr>
      </w:pP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číslo</w:t>
      </w:r>
      <w:proofErr w:type="spellEnd"/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pasu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...................................................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</w:rPr>
      </w:pPr>
      <w:r w:rsidRPr="00E05F4A">
        <w:rPr>
          <w:rFonts w:asciiTheme="majorHAnsi" w:hAnsiTheme="majorHAnsi" w:cstheme="majorHAnsi"/>
          <w:i/>
          <w:iCs/>
          <w:lang w:val="fr-FR"/>
        </w:rPr>
        <w:t> 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</w:rPr>
      </w:pP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cestovala</w:t>
      </w:r>
      <w:proofErr w:type="spellEnd"/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do (krajina).............................................................................., 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  <w:lang w:val="fr-FR"/>
        </w:rPr>
      </w:pP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od</w:t>
      </w:r>
      <w:proofErr w:type="spellEnd"/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................................do........................................ (</w:t>
      </w: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dátum</w:t>
      </w:r>
      <w:proofErr w:type="spellEnd"/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>)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  <w:lang w:val="fr-FR"/>
        </w:rPr>
      </w:pPr>
      <w:r w:rsidRPr="00E05F4A">
        <w:rPr>
          <w:rFonts w:asciiTheme="majorHAnsi" w:hAnsiTheme="majorHAnsi" w:cstheme="majorHAnsi"/>
          <w:i/>
          <w:iCs/>
          <w:lang w:val="fr-FR"/>
        </w:rPr>
        <w:t> 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  <w:lang w:val="fr-FR"/>
        </w:rPr>
      </w:pPr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s</w:t>
      </w:r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pánom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>  /</w:t>
      </w:r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pani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* (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meno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a </w:t>
      </w:r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priezvisko)...........................................................</w:t>
      </w:r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>,  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  <w:lang w:val="fr-FR"/>
        </w:rPr>
      </w:pP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ktorá</w:t>
      </w:r>
      <w:proofErr w:type="spellEnd"/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je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matkou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/ </w:t>
      </w: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otcom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>  /</w:t>
      </w:r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starým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 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rodičom</w:t>
      </w:r>
      <w:proofErr w:type="spellEnd"/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 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dieťaťa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/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iné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>*................................,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</w:rPr>
      </w:pP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nar</w:t>
      </w:r>
      <w:proofErr w:type="spellEnd"/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. </w:t>
      </w:r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v</w:t>
      </w:r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............................ </w:t>
      </w: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dňa</w:t>
      </w:r>
      <w:proofErr w:type="spellEnd"/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............................................,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</w:rPr>
      </w:pP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adresa</w:t>
      </w:r>
      <w:proofErr w:type="spellEnd"/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trvalého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pobytu.............................................................................................., 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</w:rPr>
      </w:pPr>
      <w:proofErr w:type="spellStart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lastRenderedPageBreak/>
        <w:t>číslo</w:t>
      </w:r>
      <w:proofErr w:type="spellEnd"/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občianskeho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preukazu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/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číslo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pasu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>* ............................................................,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</w:rPr>
      </w:pPr>
      <w:r w:rsidRPr="00E05F4A">
        <w:rPr>
          <w:rFonts w:asciiTheme="majorHAnsi" w:hAnsiTheme="majorHAnsi" w:cstheme="majorHAnsi"/>
          <w:i/>
          <w:iCs/>
          <w:lang w:val="fr-FR"/>
        </w:rPr>
        <w:t> 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</w:rPr>
      </w:pPr>
      <w:r w:rsidRPr="00E05F4A">
        <w:rPr>
          <w:rFonts w:asciiTheme="majorHAnsi" w:hAnsiTheme="majorHAnsi" w:cstheme="majorHAnsi"/>
          <w:i/>
          <w:iCs/>
          <w:lang w:val="fr-FR"/>
        </w:rPr>
        <w:t> 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  <w:lang w:val="fr-FR"/>
        </w:rPr>
      </w:pPr>
      <w:r w:rsidRPr="00E05F4A">
        <w:rPr>
          <w:rFonts w:asciiTheme="majorHAnsi" w:hAnsiTheme="majorHAnsi" w:cstheme="majorHAnsi"/>
          <w:i/>
          <w:iCs/>
          <w:lang w:val="fr-FR"/>
        </w:rPr>
        <w:t xml:space="preserve">Toto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splnomocnenie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sa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vzťahuje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len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na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uvedenú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/é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cestu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/y a je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časovo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platné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od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......................  </w:t>
      </w:r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do</w:t>
      </w:r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.......................(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dátum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>).   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  <w:lang w:val="fr-FR"/>
        </w:rPr>
      </w:pPr>
      <w:r w:rsidRPr="00E05F4A">
        <w:rPr>
          <w:rFonts w:asciiTheme="majorHAnsi" w:hAnsiTheme="majorHAnsi" w:cstheme="majorHAnsi"/>
          <w:i/>
          <w:iCs/>
          <w:lang w:val="fr-FR"/>
        </w:rPr>
        <w:t> 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  <w:lang w:val="fr-FR"/>
        </w:rPr>
      </w:pPr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>V:</w:t>
      </w:r>
      <w:proofErr w:type="gramEnd"/>
      <w:r w:rsidRPr="00E05F4A">
        <w:rPr>
          <w:rFonts w:asciiTheme="majorHAnsi" w:hAnsiTheme="majorHAnsi" w:cstheme="majorHAnsi"/>
          <w:i/>
          <w:iCs/>
          <w:lang w:val="fr-FR"/>
        </w:rPr>
        <w:t xml:space="preserve"> ..........................dňa.............................                   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Podpis</w:t>
      </w:r>
      <w:proofErr w:type="spellEnd"/>
      <w:proofErr w:type="gramStart"/>
      <w:r w:rsidRPr="00E05F4A">
        <w:rPr>
          <w:rFonts w:asciiTheme="majorHAnsi" w:hAnsiTheme="majorHAnsi" w:cstheme="majorHAnsi"/>
          <w:i/>
          <w:iCs/>
          <w:lang w:val="fr-FR"/>
        </w:rPr>
        <w:t xml:space="preserve"> :......................................................</w:t>
      </w:r>
      <w:proofErr w:type="gramEnd"/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  <w:lang w:val="fr-FR"/>
        </w:rPr>
      </w:pPr>
      <w:r w:rsidRPr="00E05F4A">
        <w:rPr>
          <w:rFonts w:asciiTheme="majorHAnsi" w:hAnsiTheme="majorHAnsi" w:cstheme="majorHAnsi"/>
          <w:i/>
          <w:iCs/>
          <w:lang w:val="fr-FR"/>
        </w:rPr>
        <w:t> </w:t>
      </w:r>
    </w:p>
    <w:p w:rsidR="00EF3415" w:rsidRPr="00E05F4A" w:rsidRDefault="00EF3415" w:rsidP="00EF3415">
      <w:pPr>
        <w:spacing w:before="100" w:beforeAutospacing="1"/>
        <w:rPr>
          <w:rFonts w:asciiTheme="majorHAnsi" w:hAnsiTheme="majorHAnsi" w:cstheme="majorHAnsi"/>
          <w:i/>
          <w:iCs/>
          <w:lang w:val="fr-FR"/>
        </w:rPr>
      </w:pPr>
      <w:r w:rsidRPr="00E05F4A">
        <w:rPr>
          <w:rFonts w:asciiTheme="majorHAnsi" w:hAnsiTheme="majorHAnsi" w:cstheme="majorHAnsi"/>
          <w:i/>
          <w:iCs/>
          <w:lang w:val="fr-FR"/>
        </w:rPr>
        <w:t> </w:t>
      </w:r>
    </w:p>
    <w:p w:rsidR="00EF3415" w:rsidRPr="00E05F4A" w:rsidRDefault="00EF3415" w:rsidP="00EF3415">
      <w:pPr>
        <w:spacing w:before="100" w:beforeAutospacing="1"/>
        <w:jc w:val="both"/>
        <w:rPr>
          <w:rFonts w:asciiTheme="majorHAnsi" w:hAnsiTheme="majorHAnsi" w:cstheme="majorHAnsi"/>
          <w:i/>
          <w:iCs/>
          <w:lang w:val="fr-FR"/>
        </w:rPr>
      </w:pP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Miesto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na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notárske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/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konzulárne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overenie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podpisu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splnomocňujúcej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osoby</w:t>
      </w:r>
      <w:proofErr w:type="spellEnd"/>
    </w:p>
    <w:p w:rsidR="00EF3415" w:rsidRPr="00E05F4A" w:rsidRDefault="00EF3415" w:rsidP="00EF3415">
      <w:pPr>
        <w:spacing w:before="100" w:beforeAutospacing="1"/>
        <w:jc w:val="both"/>
        <w:rPr>
          <w:rFonts w:asciiTheme="majorHAnsi" w:hAnsiTheme="majorHAnsi" w:cstheme="majorHAnsi"/>
          <w:i/>
          <w:iCs/>
          <w:lang w:val="fr-FR"/>
        </w:rPr>
      </w:pPr>
      <w:r w:rsidRPr="00E05F4A">
        <w:rPr>
          <w:rFonts w:asciiTheme="majorHAnsi" w:hAnsiTheme="majorHAnsi" w:cstheme="majorHAnsi"/>
          <w:i/>
          <w:iCs/>
          <w:lang w:val="fr-FR"/>
        </w:rPr>
        <w:t> </w:t>
      </w:r>
    </w:p>
    <w:p w:rsidR="00EF3415" w:rsidRPr="00E05F4A" w:rsidRDefault="00EF3415" w:rsidP="00EF3415">
      <w:pPr>
        <w:spacing w:before="100" w:beforeAutospacing="1"/>
        <w:jc w:val="both"/>
        <w:rPr>
          <w:rFonts w:asciiTheme="majorHAnsi" w:hAnsiTheme="majorHAnsi" w:cstheme="majorHAnsi"/>
          <w:i/>
          <w:iCs/>
          <w:lang w:val="fr-FR"/>
        </w:rPr>
      </w:pPr>
      <w:r w:rsidRPr="00E05F4A">
        <w:rPr>
          <w:rFonts w:asciiTheme="majorHAnsi" w:hAnsiTheme="majorHAnsi" w:cstheme="majorHAnsi"/>
          <w:i/>
          <w:iCs/>
          <w:lang w:val="fr-FR"/>
        </w:rPr>
        <w:t> </w:t>
      </w:r>
    </w:p>
    <w:p w:rsidR="00EF3415" w:rsidRPr="00E05F4A" w:rsidRDefault="00EF3415" w:rsidP="00EF3415">
      <w:pPr>
        <w:spacing w:before="100" w:beforeAutospacing="1"/>
        <w:jc w:val="both"/>
        <w:rPr>
          <w:rFonts w:asciiTheme="majorHAnsi" w:hAnsiTheme="majorHAnsi" w:cstheme="majorHAnsi"/>
          <w:i/>
          <w:iCs/>
          <w:lang w:val="fr-FR"/>
        </w:rPr>
      </w:pPr>
      <w:r w:rsidRPr="00E05F4A">
        <w:rPr>
          <w:rFonts w:asciiTheme="majorHAnsi" w:hAnsiTheme="majorHAnsi" w:cstheme="majorHAnsi"/>
          <w:i/>
          <w:iCs/>
          <w:lang w:val="fr-FR"/>
        </w:rPr>
        <w:t> </w:t>
      </w:r>
    </w:p>
    <w:p w:rsidR="00EF3415" w:rsidRPr="00E05F4A" w:rsidRDefault="00EF3415" w:rsidP="00EF3415">
      <w:pPr>
        <w:spacing w:before="100" w:beforeAutospacing="1"/>
        <w:jc w:val="both"/>
        <w:rPr>
          <w:rFonts w:asciiTheme="majorHAnsi" w:hAnsiTheme="majorHAnsi" w:cstheme="majorHAnsi"/>
          <w:i/>
          <w:iCs/>
          <w:lang w:val="fr-FR"/>
        </w:rPr>
      </w:pPr>
      <w:r w:rsidRPr="00E05F4A">
        <w:rPr>
          <w:rFonts w:asciiTheme="majorHAnsi" w:hAnsiTheme="majorHAnsi" w:cstheme="majorHAnsi"/>
          <w:i/>
          <w:iCs/>
          <w:lang w:val="fr-FR"/>
        </w:rPr>
        <w:t> </w:t>
      </w:r>
    </w:p>
    <w:p w:rsidR="00EF3415" w:rsidRPr="00E05F4A" w:rsidRDefault="00EF3415" w:rsidP="00EF3415">
      <w:pPr>
        <w:spacing w:before="100" w:beforeAutospacing="1"/>
        <w:jc w:val="both"/>
        <w:rPr>
          <w:rFonts w:asciiTheme="majorHAnsi" w:hAnsiTheme="majorHAnsi" w:cstheme="majorHAnsi"/>
          <w:i/>
          <w:iCs/>
          <w:lang w:val="de-DE"/>
        </w:rPr>
      </w:pPr>
      <w:r w:rsidRPr="00E05F4A">
        <w:rPr>
          <w:rFonts w:asciiTheme="majorHAnsi" w:hAnsiTheme="majorHAnsi" w:cstheme="majorHAnsi"/>
          <w:i/>
          <w:iCs/>
          <w:lang w:val="fr-FR"/>
        </w:rPr>
        <w:t>U p o z o r n e n i e :</w:t>
      </w:r>
    </w:p>
    <w:p w:rsidR="00EF3415" w:rsidRPr="00E05F4A" w:rsidRDefault="00EF3415" w:rsidP="00EF3415">
      <w:pPr>
        <w:spacing w:before="100" w:beforeAutospacing="1"/>
        <w:jc w:val="both"/>
        <w:rPr>
          <w:rFonts w:asciiTheme="majorHAnsi" w:hAnsiTheme="majorHAnsi" w:cstheme="majorHAnsi"/>
          <w:i/>
          <w:iCs/>
          <w:lang w:val="de-DE"/>
        </w:rPr>
      </w:pPr>
      <w:r w:rsidRPr="00E05F4A">
        <w:rPr>
          <w:rFonts w:asciiTheme="majorHAnsi" w:hAnsiTheme="majorHAnsi" w:cstheme="majorHAnsi"/>
          <w:i/>
          <w:iCs/>
          <w:lang w:val="fr-FR"/>
        </w:rPr>
        <w:t> </w:t>
      </w:r>
    </w:p>
    <w:p w:rsidR="00EF3415" w:rsidRPr="00E05F4A" w:rsidRDefault="00EF3415" w:rsidP="00EF3415">
      <w:pPr>
        <w:spacing w:before="100" w:beforeAutospacing="1"/>
        <w:jc w:val="both"/>
        <w:rPr>
          <w:rFonts w:asciiTheme="majorHAnsi" w:hAnsiTheme="majorHAnsi" w:cstheme="majorHAnsi"/>
          <w:i/>
          <w:iCs/>
          <w:lang w:val="fr-FR"/>
        </w:rPr>
      </w:pP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Vzor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vyššie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uvedeného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potvrdenia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nemá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právne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záväznú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formu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a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každý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štát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môže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mať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iné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požiadavky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na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jeho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obsahovú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a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formálnu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úpravu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.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Preto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si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treba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požiadavky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na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náležitosti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,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ktoré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má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potvrdenie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obsahovať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,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preveriť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pred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jeho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spísaním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u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príslušných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úradov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toho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cudzieho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štátu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,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pre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ktorý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je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určené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>.</w:t>
      </w:r>
    </w:p>
    <w:p w:rsidR="00443EC4" w:rsidRPr="00535EAA" w:rsidRDefault="00EF3415" w:rsidP="00535EAA">
      <w:pPr>
        <w:spacing w:before="100" w:beforeAutospacing="1"/>
        <w:rPr>
          <w:rFonts w:asciiTheme="majorHAnsi" w:hAnsiTheme="majorHAnsi" w:cstheme="majorHAnsi"/>
          <w:i/>
          <w:iCs/>
          <w:lang w:val="fr-FR"/>
        </w:rPr>
      </w:pPr>
      <w:r w:rsidRPr="00E05F4A">
        <w:rPr>
          <w:rFonts w:asciiTheme="majorHAnsi" w:hAnsiTheme="majorHAnsi" w:cstheme="majorHAnsi"/>
          <w:i/>
          <w:iCs/>
          <w:lang w:val="fr-FR"/>
        </w:rPr>
        <w:t xml:space="preserve"> *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nehodiace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sa </w:t>
      </w:r>
      <w:proofErr w:type="spellStart"/>
      <w:r w:rsidRPr="00E05F4A">
        <w:rPr>
          <w:rFonts w:asciiTheme="majorHAnsi" w:hAnsiTheme="majorHAnsi" w:cstheme="majorHAnsi"/>
          <w:i/>
          <w:iCs/>
          <w:lang w:val="fr-FR"/>
        </w:rPr>
        <w:t>škrtnite</w:t>
      </w:r>
      <w:proofErr w:type="spellEnd"/>
      <w:r w:rsidRPr="00E05F4A">
        <w:rPr>
          <w:rFonts w:asciiTheme="majorHAnsi" w:hAnsiTheme="majorHAnsi" w:cstheme="majorHAnsi"/>
          <w:i/>
          <w:iCs/>
          <w:lang w:val="fr-FR"/>
        </w:rPr>
        <w:t xml:space="preserve"> </w:t>
      </w:r>
      <w:r w:rsidRPr="00E05F4A">
        <w:rPr>
          <w:rFonts w:asciiTheme="majorHAnsi" w:hAnsiTheme="majorHAnsi" w:cstheme="majorHAnsi"/>
          <w:i/>
          <w:iCs/>
        </w:rPr>
        <w:br/>
      </w:r>
    </w:p>
    <w:sectPr w:rsidR="00443EC4" w:rsidRPr="00535EA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4378555">
    <w:abstractNumId w:val="8"/>
  </w:num>
  <w:num w:numId="2" w16cid:durableId="557939595">
    <w:abstractNumId w:val="6"/>
  </w:num>
  <w:num w:numId="3" w16cid:durableId="1324309261">
    <w:abstractNumId w:val="5"/>
  </w:num>
  <w:num w:numId="4" w16cid:durableId="2099520184">
    <w:abstractNumId w:val="4"/>
  </w:num>
  <w:num w:numId="5" w16cid:durableId="1595897644">
    <w:abstractNumId w:val="7"/>
  </w:num>
  <w:num w:numId="6" w16cid:durableId="1820882807">
    <w:abstractNumId w:val="3"/>
  </w:num>
  <w:num w:numId="7" w16cid:durableId="76249680">
    <w:abstractNumId w:val="2"/>
  </w:num>
  <w:num w:numId="8" w16cid:durableId="1503593151">
    <w:abstractNumId w:val="1"/>
  </w:num>
  <w:num w:numId="9" w16cid:durableId="1831828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3EC4"/>
    <w:rsid w:val="00525571"/>
    <w:rsid w:val="00535EAA"/>
    <w:rsid w:val="00AA1D8D"/>
    <w:rsid w:val="00B47730"/>
    <w:rsid w:val="00C97FEB"/>
    <w:rsid w:val="00CB0664"/>
    <w:rsid w:val="00E05F4A"/>
    <w:rsid w:val="00EF341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364068"/>
  <w14:defaultImageDpi w14:val="300"/>
  <w15:docId w15:val="{7F7BA8CB-AA84-6144-8203-814025CC1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203</Words>
  <Characters>2245</Characters>
  <Application>Microsoft Office Word</Application>
  <DocSecurity>0</DocSecurity>
  <Lines>59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swisstrans</dc:creator>
  <cp:keywords/>
  <dc:description/>
  <cp:lastModifiedBy>Igor Kurek</cp:lastModifiedBy>
  <cp:revision>5</cp:revision>
  <dcterms:created xsi:type="dcterms:W3CDTF">2013-12-23T23:15:00Z</dcterms:created>
  <dcterms:modified xsi:type="dcterms:W3CDTF">2026-01-25T17:20:00Z</dcterms:modified>
  <cp:category/>
</cp:coreProperties>
</file>