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D1F2C" w:rsidRPr="005B3AA3" w:rsidRDefault="00000000">
      <w:pPr>
        <w:pStyle w:val="Heading1"/>
        <w:rPr>
          <w:rFonts w:cstheme="majorHAnsi"/>
        </w:rPr>
      </w:pPr>
      <w:r w:rsidRPr="005B3AA3">
        <w:rPr>
          <w:rFonts w:cstheme="majorHAnsi"/>
        </w:rPr>
        <w:t>Parental Consent of a Legal Guardian for a Child Traveling Abroad Accompanied by Another Person</w:t>
      </w:r>
    </w:p>
    <w:p w:rsidR="005B3AA3" w:rsidRPr="005B3AA3" w:rsidRDefault="00000000" w:rsidP="005B3AA3">
      <w:pPr>
        <w:spacing w:before="100" w:beforeAutospacing="1"/>
        <w:rPr>
          <w:rFonts w:asciiTheme="majorHAnsi" w:hAnsiTheme="majorHAnsi" w:cstheme="majorHAnsi"/>
        </w:rPr>
      </w:pPr>
      <w:r w:rsidRPr="005B3AA3">
        <w:rPr>
          <w:rFonts w:asciiTheme="majorHAnsi" w:hAnsiTheme="majorHAnsi" w:cstheme="majorHAnsi"/>
        </w:rPr>
        <w:br/>
      </w:r>
      <w:r w:rsidR="005B3AA3" w:rsidRPr="005B3AA3">
        <w:rPr>
          <w:rFonts w:asciiTheme="majorHAnsi" w:hAnsiTheme="majorHAnsi" w:cstheme="majorHAnsi"/>
        </w:rPr>
        <w:t xml:space="preserve">I the undersigned </w:t>
      </w:r>
      <w:proofErr w:type="spellStart"/>
      <w:r w:rsidR="005B3AA3" w:rsidRPr="005B3AA3">
        <w:rPr>
          <w:rFonts w:asciiTheme="majorHAnsi" w:hAnsiTheme="majorHAnsi" w:cstheme="majorHAnsi"/>
        </w:rPr>
        <w:t>Mr</w:t>
      </w:r>
      <w:proofErr w:type="spellEnd"/>
      <w:r w:rsidR="005B3AA3" w:rsidRPr="005B3AA3">
        <w:rPr>
          <w:rFonts w:asciiTheme="majorHAnsi" w:hAnsiTheme="majorHAnsi" w:cstheme="majorHAnsi"/>
        </w:rPr>
        <w:t xml:space="preserve"> / </w:t>
      </w:r>
      <w:proofErr w:type="spellStart"/>
      <w:r w:rsidR="005B3AA3" w:rsidRPr="005B3AA3">
        <w:rPr>
          <w:rFonts w:asciiTheme="majorHAnsi" w:hAnsiTheme="majorHAnsi" w:cstheme="majorHAnsi"/>
        </w:rPr>
        <w:t>Ms</w:t>
      </w:r>
      <w:proofErr w:type="spellEnd"/>
      <w:r w:rsidR="005B3AA3" w:rsidRPr="005B3AA3">
        <w:rPr>
          <w:rFonts w:asciiTheme="majorHAnsi" w:hAnsiTheme="majorHAnsi" w:cstheme="majorHAnsi"/>
        </w:rPr>
        <w:t xml:space="preserve"> * (name and surname) .............................................................., </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 xml:space="preserve">being the child´s father / mother / other * ............., exercising parental authority of this child, </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born in (place) ............................ on (date) ............................................,</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 xml:space="preserve">with permanent address .............................................................................................., </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identification number / passport number*..........................................................,</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 </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hereby authorize my son / daughter / other * ...................</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 xml:space="preserve">(name and surname) ................................................................................, </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born in (place) ............................ on (date) ............................................,</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 xml:space="preserve">with permanent address.............................................................................................., </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passport number ...................................................</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 </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 xml:space="preserve">to travel to (country).............................................................................., </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from ................................to........................................ (dates)</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 </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 xml:space="preserve">in the company of </w:t>
      </w:r>
      <w:proofErr w:type="spellStart"/>
      <w:r w:rsidRPr="005B3AA3">
        <w:rPr>
          <w:rFonts w:asciiTheme="majorHAnsi" w:hAnsiTheme="majorHAnsi" w:cstheme="majorHAnsi"/>
        </w:rPr>
        <w:t>Mr</w:t>
      </w:r>
      <w:proofErr w:type="spellEnd"/>
      <w:r w:rsidRPr="005B3AA3">
        <w:rPr>
          <w:rFonts w:asciiTheme="majorHAnsi" w:hAnsiTheme="majorHAnsi" w:cstheme="majorHAnsi"/>
        </w:rPr>
        <w:t xml:space="preserve"> / </w:t>
      </w:r>
      <w:proofErr w:type="spellStart"/>
      <w:r w:rsidRPr="005B3AA3">
        <w:rPr>
          <w:rFonts w:asciiTheme="majorHAnsi" w:hAnsiTheme="majorHAnsi" w:cstheme="majorHAnsi"/>
        </w:rPr>
        <w:t>Ms</w:t>
      </w:r>
      <w:proofErr w:type="spellEnd"/>
      <w:r w:rsidRPr="005B3AA3">
        <w:rPr>
          <w:rFonts w:asciiTheme="majorHAnsi" w:hAnsiTheme="majorHAnsi" w:cstheme="majorHAnsi"/>
        </w:rPr>
        <w:t xml:space="preserve"> * (name and surname) ...........................................................,  </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being the child´s mother / father / grandparent / other * ................................,</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born in (place) ............................ on (date) ............................................,</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 xml:space="preserve">with permanent address .............................................................................................., </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lastRenderedPageBreak/>
        <w:t>identification number / passport number*...........................................................</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 </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This authorization applies only for the above mentioned trip and is valid from .….(day) ..… to …(day)……</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 </w:t>
      </w:r>
    </w:p>
    <w:p w:rsidR="005B3AA3" w:rsidRPr="005B3AA3" w:rsidRDefault="005B3AA3" w:rsidP="005B3AA3">
      <w:pPr>
        <w:spacing w:before="100" w:beforeAutospacing="1"/>
        <w:jc w:val="both"/>
        <w:rPr>
          <w:rFonts w:asciiTheme="majorHAnsi" w:hAnsiTheme="majorHAnsi" w:cstheme="majorHAnsi"/>
        </w:rPr>
      </w:pPr>
      <w:r w:rsidRPr="005B3AA3">
        <w:rPr>
          <w:rFonts w:asciiTheme="majorHAnsi" w:hAnsiTheme="majorHAnsi" w:cstheme="majorHAnsi"/>
        </w:rPr>
        <w:t>In (place)………….. on (date) …………….                             Signature: …………………………..</w:t>
      </w:r>
    </w:p>
    <w:p w:rsidR="005B3AA3" w:rsidRPr="005B3AA3" w:rsidRDefault="005B3AA3" w:rsidP="005B3AA3">
      <w:pPr>
        <w:spacing w:before="100" w:beforeAutospacing="1"/>
        <w:jc w:val="both"/>
        <w:rPr>
          <w:rFonts w:asciiTheme="majorHAnsi" w:hAnsiTheme="majorHAnsi" w:cstheme="majorHAnsi"/>
        </w:rPr>
      </w:pPr>
      <w:r w:rsidRPr="005B3AA3">
        <w:rPr>
          <w:rFonts w:asciiTheme="majorHAnsi" w:hAnsiTheme="majorHAnsi" w:cstheme="majorHAnsi"/>
        </w:rPr>
        <w:t> </w:t>
      </w:r>
    </w:p>
    <w:p w:rsidR="005B3AA3" w:rsidRPr="005B3AA3" w:rsidRDefault="005B3AA3" w:rsidP="005B3AA3">
      <w:pPr>
        <w:spacing w:before="100" w:beforeAutospacing="1"/>
        <w:jc w:val="both"/>
        <w:rPr>
          <w:rFonts w:asciiTheme="majorHAnsi" w:hAnsiTheme="majorHAnsi" w:cstheme="majorHAnsi"/>
        </w:rPr>
      </w:pPr>
      <w:r w:rsidRPr="005B3AA3">
        <w:rPr>
          <w:rFonts w:asciiTheme="majorHAnsi" w:hAnsiTheme="majorHAnsi" w:cstheme="majorHAnsi"/>
        </w:rPr>
        <w:t> </w:t>
      </w:r>
    </w:p>
    <w:p w:rsidR="005B3AA3" w:rsidRPr="005B3AA3" w:rsidRDefault="005B3AA3" w:rsidP="005B3AA3">
      <w:pPr>
        <w:spacing w:before="100" w:beforeAutospacing="1"/>
        <w:jc w:val="both"/>
        <w:rPr>
          <w:rFonts w:asciiTheme="majorHAnsi" w:hAnsiTheme="majorHAnsi" w:cstheme="majorHAnsi"/>
        </w:rPr>
      </w:pPr>
      <w:r w:rsidRPr="005B3AA3">
        <w:rPr>
          <w:rFonts w:asciiTheme="majorHAnsi" w:hAnsiTheme="majorHAnsi" w:cstheme="majorHAnsi"/>
        </w:rPr>
        <w:t>Place for the notary or consular legalization of the delegating person´s signature.</w:t>
      </w:r>
    </w:p>
    <w:p w:rsidR="005B3AA3" w:rsidRPr="005B3AA3" w:rsidRDefault="005B3AA3" w:rsidP="005B3AA3">
      <w:pPr>
        <w:spacing w:before="100" w:beforeAutospacing="1"/>
        <w:jc w:val="both"/>
        <w:rPr>
          <w:rFonts w:asciiTheme="majorHAnsi" w:hAnsiTheme="majorHAnsi" w:cstheme="majorHAnsi"/>
        </w:rPr>
      </w:pPr>
      <w:r w:rsidRPr="005B3AA3">
        <w:rPr>
          <w:rFonts w:asciiTheme="majorHAnsi" w:hAnsiTheme="majorHAnsi" w:cstheme="majorHAnsi"/>
        </w:rPr>
        <w:t> </w:t>
      </w:r>
    </w:p>
    <w:p w:rsidR="005B3AA3" w:rsidRPr="005B3AA3" w:rsidRDefault="005B3AA3" w:rsidP="005B3AA3">
      <w:pPr>
        <w:spacing w:before="100" w:beforeAutospacing="1"/>
        <w:jc w:val="both"/>
        <w:rPr>
          <w:rFonts w:asciiTheme="majorHAnsi" w:hAnsiTheme="majorHAnsi" w:cstheme="majorHAnsi"/>
        </w:rPr>
      </w:pPr>
      <w:r w:rsidRPr="005B3AA3">
        <w:rPr>
          <w:rFonts w:asciiTheme="majorHAnsi" w:hAnsiTheme="majorHAnsi" w:cstheme="majorHAnsi"/>
        </w:rPr>
        <w:t> </w:t>
      </w:r>
    </w:p>
    <w:p w:rsidR="005B3AA3" w:rsidRPr="005B3AA3" w:rsidRDefault="005B3AA3" w:rsidP="005B3AA3">
      <w:pPr>
        <w:spacing w:before="100" w:beforeAutospacing="1"/>
        <w:jc w:val="both"/>
        <w:rPr>
          <w:rFonts w:asciiTheme="majorHAnsi" w:hAnsiTheme="majorHAnsi" w:cstheme="majorHAnsi"/>
        </w:rPr>
      </w:pPr>
      <w:r w:rsidRPr="005B3AA3">
        <w:rPr>
          <w:rFonts w:asciiTheme="majorHAnsi" w:hAnsiTheme="majorHAnsi" w:cstheme="majorHAnsi"/>
        </w:rPr>
        <w:t> </w:t>
      </w:r>
    </w:p>
    <w:p w:rsidR="005B3AA3" w:rsidRPr="005B3AA3" w:rsidRDefault="005B3AA3" w:rsidP="005B3AA3">
      <w:pPr>
        <w:spacing w:before="100" w:beforeAutospacing="1"/>
        <w:jc w:val="both"/>
        <w:rPr>
          <w:rFonts w:asciiTheme="majorHAnsi" w:hAnsiTheme="majorHAnsi" w:cstheme="majorHAnsi"/>
        </w:rPr>
      </w:pPr>
      <w:r w:rsidRPr="005B3AA3">
        <w:rPr>
          <w:rFonts w:asciiTheme="majorHAnsi" w:hAnsiTheme="majorHAnsi" w:cstheme="majorHAnsi"/>
        </w:rPr>
        <w:t> </w:t>
      </w:r>
    </w:p>
    <w:p w:rsidR="005B3AA3" w:rsidRPr="005B3AA3" w:rsidRDefault="005B3AA3" w:rsidP="005B3AA3">
      <w:pPr>
        <w:spacing w:before="100" w:beforeAutospacing="1"/>
        <w:jc w:val="both"/>
        <w:rPr>
          <w:rFonts w:asciiTheme="majorHAnsi" w:hAnsiTheme="majorHAnsi" w:cstheme="majorHAnsi"/>
        </w:rPr>
      </w:pPr>
      <w:r w:rsidRPr="005B3AA3">
        <w:rPr>
          <w:rFonts w:asciiTheme="majorHAnsi" w:hAnsiTheme="majorHAnsi" w:cstheme="majorHAnsi"/>
        </w:rPr>
        <w:t> </w:t>
      </w:r>
    </w:p>
    <w:p w:rsidR="005B3AA3" w:rsidRPr="005B3AA3" w:rsidRDefault="005B3AA3" w:rsidP="005B3AA3">
      <w:pPr>
        <w:spacing w:before="100" w:beforeAutospacing="1"/>
        <w:jc w:val="both"/>
        <w:rPr>
          <w:rFonts w:asciiTheme="majorHAnsi" w:hAnsiTheme="majorHAnsi" w:cstheme="majorHAnsi"/>
        </w:rPr>
      </w:pPr>
      <w:r w:rsidRPr="005B3AA3">
        <w:rPr>
          <w:rFonts w:asciiTheme="majorHAnsi" w:hAnsiTheme="majorHAnsi" w:cstheme="majorHAnsi"/>
        </w:rPr>
        <w:t>N o t e :</w:t>
      </w:r>
    </w:p>
    <w:p w:rsidR="005B3AA3" w:rsidRPr="005B3AA3" w:rsidRDefault="005B3AA3" w:rsidP="005B3AA3">
      <w:pPr>
        <w:spacing w:before="100" w:beforeAutospacing="1"/>
        <w:jc w:val="both"/>
        <w:rPr>
          <w:rFonts w:asciiTheme="majorHAnsi" w:hAnsiTheme="majorHAnsi" w:cstheme="majorHAnsi"/>
        </w:rPr>
      </w:pPr>
      <w:r w:rsidRPr="005B3AA3">
        <w:rPr>
          <w:rFonts w:asciiTheme="majorHAnsi" w:hAnsiTheme="majorHAnsi" w:cstheme="majorHAnsi"/>
        </w:rPr>
        <w:t> </w:t>
      </w:r>
    </w:p>
    <w:p w:rsidR="005B3AA3" w:rsidRPr="005B3AA3" w:rsidRDefault="005B3AA3" w:rsidP="005B3AA3">
      <w:pPr>
        <w:spacing w:before="100" w:beforeAutospacing="1"/>
        <w:jc w:val="both"/>
        <w:rPr>
          <w:rFonts w:asciiTheme="majorHAnsi" w:hAnsiTheme="majorHAnsi" w:cstheme="majorHAnsi"/>
        </w:rPr>
      </w:pPr>
      <w:r w:rsidRPr="005B3AA3">
        <w:rPr>
          <w:rFonts w:asciiTheme="majorHAnsi" w:hAnsiTheme="majorHAnsi" w:cstheme="majorHAnsi"/>
        </w:rPr>
        <w:t>The model of the statutory authorization above inducted is not a legally binding form, and each state may have other requirements for its content and form. Therefore the requirements on the statutory authorization have to be checked at the relevant authorities of the foreign destination country.</w:t>
      </w:r>
    </w:p>
    <w:p w:rsidR="005B3AA3" w:rsidRPr="005B3AA3" w:rsidRDefault="005B3AA3" w:rsidP="005B3AA3">
      <w:pPr>
        <w:spacing w:before="100" w:beforeAutospacing="1"/>
        <w:jc w:val="both"/>
        <w:rPr>
          <w:rFonts w:asciiTheme="majorHAnsi" w:hAnsiTheme="majorHAnsi" w:cstheme="majorHAnsi"/>
        </w:rPr>
      </w:pPr>
      <w:r w:rsidRPr="005B3AA3">
        <w:rPr>
          <w:rFonts w:asciiTheme="majorHAnsi" w:hAnsiTheme="majorHAnsi" w:cstheme="majorHAnsi"/>
        </w:rPr>
        <w:t> </w:t>
      </w:r>
    </w:p>
    <w:p w:rsidR="005B3AA3" w:rsidRPr="005B3AA3" w:rsidRDefault="005B3AA3" w:rsidP="005B3AA3">
      <w:pPr>
        <w:spacing w:before="100" w:beforeAutospacing="1"/>
        <w:rPr>
          <w:rFonts w:asciiTheme="majorHAnsi" w:hAnsiTheme="majorHAnsi" w:cstheme="majorHAnsi"/>
        </w:rPr>
      </w:pPr>
      <w:r w:rsidRPr="005B3AA3">
        <w:rPr>
          <w:rFonts w:asciiTheme="majorHAnsi" w:hAnsiTheme="majorHAnsi" w:cstheme="majorHAnsi"/>
        </w:rPr>
        <w:t>* wrong word to be deleted</w:t>
      </w:r>
    </w:p>
    <w:p w:rsidR="005B3AA3" w:rsidRPr="005B3AA3" w:rsidRDefault="005B3AA3" w:rsidP="005B3AA3">
      <w:pPr>
        <w:rPr>
          <w:rFonts w:asciiTheme="majorHAnsi" w:hAnsiTheme="majorHAnsi" w:cstheme="majorHAnsi"/>
        </w:rPr>
      </w:pPr>
    </w:p>
    <w:p w:rsidR="005D1F2C" w:rsidRPr="005B3AA3" w:rsidRDefault="00000000">
      <w:pPr>
        <w:rPr>
          <w:rFonts w:asciiTheme="majorHAnsi" w:hAnsiTheme="majorHAnsi" w:cstheme="majorHAnsi"/>
        </w:rPr>
      </w:pPr>
      <w:r w:rsidRPr="005B3AA3">
        <w:rPr>
          <w:rFonts w:asciiTheme="majorHAnsi" w:hAnsiTheme="majorHAnsi" w:cstheme="majorHAnsi"/>
        </w:rPr>
        <w:br/>
      </w:r>
    </w:p>
    <w:sectPr w:rsidR="005D1F2C" w:rsidRPr="005B3AA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38914314">
    <w:abstractNumId w:val="8"/>
  </w:num>
  <w:num w:numId="2" w16cid:durableId="2012296521">
    <w:abstractNumId w:val="6"/>
  </w:num>
  <w:num w:numId="3" w16cid:durableId="1600482030">
    <w:abstractNumId w:val="5"/>
  </w:num>
  <w:num w:numId="4" w16cid:durableId="206530562">
    <w:abstractNumId w:val="4"/>
  </w:num>
  <w:num w:numId="5" w16cid:durableId="1980456140">
    <w:abstractNumId w:val="7"/>
  </w:num>
  <w:num w:numId="6" w16cid:durableId="1103645674">
    <w:abstractNumId w:val="3"/>
  </w:num>
  <w:num w:numId="7" w16cid:durableId="1235553679">
    <w:abstractNumId w:val="2"/>
  </w:num>
  <w:num w:numId="8" w16cid:durableId="577205543">
    <w:abstractNumId w:val="1"/>
  </w:num>
  <w:num w:numId="9" w16cid:durableId="1007171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25571"/>
    <w:rsid w:val="005B3AA3"/>
    <w:rsid w:val="005D1F2C"/>
    <w:rsid w:val="0084705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F7BA8CB-AA84-6144-8203-814025CC1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225</Words>
  <Characters>2149</Characters>
  <Application>Microsoft Office Word</Application>
  <DocSecurity>0</DocSecurity>
  <Lines>46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swisstrans</dc:creator>
  <cp:keywords/>
  <dc:description/>
  <cp:lastModifiedBy>Igor Kurek</cp:lastModifiedBy>
  <cp:revision>3</cp:revision>
  <dcterms:created xsi:type="dcterms:W3CDTF">2013-12-23T23:15:00Z</dcterms:created>
  <dcterms:modified xsi:type="dcterms:W3CDTF">2026-01-25T17:15:00Z</dcterms:modified>
  <cp:category/>
</cp:coreProperties>
</file>